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80"/>
        <w:jc w:val="right"/>
      </w:pPr>
      <w:r>
        <w:rPr>
          <w:rFonts w:ascii="Arial" w:hAnsi="Arial" w:cs="Arial"/>
          <w:b/>
          <w:color w:val="17456E"/>
          <w:sz w:val="44"/>
          <w:rtl w:val="1"/>
          <w:szCs w:val="44"/>
          <w:bCs/>
        </w:rPr>
        <w:t>🧳 מזוודה של 10 ק״ג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שם: ____________________   כיתה: 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B3B24"/>
          <w:sz w:val="24"/>
          <w:rtl w:val="1"/>
          <w:szCs w:val="24"/>
        </w:rPr>
        <w:t>עוברים לארץ חדשה ומותר לקחת מזוודה אחת בלבד – עד 10 ק״ג. סמנו ✔ ליד מה שתיקחו וחשבו את המשקל. אין תשובה נכונה – יש נימוק!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680"/>
        <w:gridCol w:w="5102"/>
        <w:gridCol w:w="1701"/>
        <w:gridCol w:w="850"/>
      </w:tblGrid>
      <w:tr>
        <w:trPr>
          <w:trHeight w:val="453"/>
        </w:trPr>
        <w:tc>
          <w:tcPr>
            <w:tcW w:type="dxa" w:w="68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פריט</w:t>
            </w:r>
          </w:p>
        </w:tc>
        <w:tc>
          <w:tcPr>
            <w:tcW w:type="dxa" w:w="170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משקל (ק״ג)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✔</w:t>
            </w:r>
          </w:p>
        </w:tc>
      </w:tr>
      <w:tr>
        <w:trPr>
          <w:trHeight w:val="453"/>
        </w:trPr>
        <w:tc>
          <w:tcPr>
            <w:tcW w:type="dxa" w:w="68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📄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מסמכים ותעודות</w:t>
            </w:r>
          </w:p>
        </w:tc>
        <w:tc>
          <w:tcPr>
            <w:tcW w:type="dxa" w:w="170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0.5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rPr>
          <w:trHeight w:val="453"/>
        </w:trPr>
        <w:tc>
          <w:tcPr>
            <w:tcW w:type="dxa" w:w="68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💊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תרופות</w:t>
            </w:r>
          </w:p>
        </w:tc>
        <w:tc>
          <w:tcPr>
            <w:tcW w:type="dxa" w:w="170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0.5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rPr>
          <w:trHeight w:val="453"/>
        </w:trPr>
        <w:tc>
          <w:tcPr>
            <w:tcW w:type="dxa" w:w="68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🗺️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מפה ומילון</w:t>
            </w:r>
          </w:p>
        </w:tc>
        <w:tc>
          <w:tcPr>
            <w:tcW w:type="dxa" w:w="170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0.5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rPr>
          <w:trHeight w:val="453"/>
        </w:trPr>
        <w:tc>
          <w:tcPr>
            <w:tcW w:type="dxa" w:w="68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💌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מכתבים מחברים</w:t>
            </w:r>
          </w:p>
        </w:tc>
        <w:tc>
          <w:tcPr>
            <w:tcW w:type="dxa" w:w="170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0.5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rPr>
          <w:trHeight w:val="453"/>
        </w:trPr>
        <w:tc>
          <w:tcPr>
            <w:tcW w:type="dxa" w:w="68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📷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אלבום תמונות</w:t>
            </w:r>
          </w:p>
        </w:tc>
        <w:tc>
          <w:tcPr>
            <w:tcW w:type="dxa" w:w="170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2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rPr>
          <w:trHeight w:val="453"/>
        </w:trPr>
        <w:tc>
          <w:tcPr>
            <w:tcW w:type="dxa" w:w="68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🧥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מעיל חם</w:t>
            </w:r>
          </w:p>
        </w:tc>
        <w:tc>
          <w:tcPr>
            <w:tcW w:type="dxa" w:w="170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2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rPr>
          <w:trHeight w:val="453"/>
        </w:trPr>
        <w:tc>
          <w:tcPr>
            <w:tcW w:type="dxa" w:w="68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👕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בגדים לשבוע</w:t>
            </w:r>
          </w:p>
        </w:tc>
        <w:tc>
          <w:tcPr>
            <w:tcW w:type="dxa" w:w="170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3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rPr>
          <w:trHeight w:val="453"/>
        </w:trPr>
        <w:tc>
          <w:tcPr>
            <w:tcW w:type="dxa" w:w="68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👟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זוג נעליים</w:t>
            </w:r>
          </w:p>
        </w:tc>
        <w:tc>
          <w:tcPr>
            <w:tcW w:type="dxa" w:w="170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1.5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rPr>
          <w:trHeight w:val="453"/>
        </w:trPr>
        <w:tc>
          <w:tcPr>
            <w:tcW w:type="dxa" w:w="68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🧸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צעצוע מהילדות</w:t>
            </w:r>
          </w:p>
        </w:tc>
        <w:tc>
          <w:tcPr>
            <w:tcW w:type="dxa" w:w="170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1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rPr>
          <w:trHeight w:val="453"/>
        </w:trPr>
        <w:tc>
          <w:tcPr>
            <w:tcW w:type="dxa" w:w="68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📖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ספר אהוב</w:t>
            </w:r>
          </w:p>
        </w:tc>
        <w:tc>
          <w:tcPr>
            <w:tcW w:type="dxa" w:w="170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1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rPr>
          <w:trHeight w:val="453"/>
        </w:trPr>
        <w:tc>
          <w:tcPr>
            <w:tcW w:type="dxa" w:w="68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🍞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אוכל לדרך</w:t>
            </w:r>
          </w:p>
        </w:tc>
        <w:tc>
          <w:tcPr>
            <w:tcW w:type="dxa" w:w="170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1.5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rPr>
          <w:trHeight w:val="453"/>
        </w:trPr>
        <w:tc>
          <w:tcPr>
            <w:tcW w:type="dxa" w:w="68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תבלינים מהבית</w:t>
            </w:r>
          </w:p>
        </w:tc>
        <w:tc>
          <w:tcPr>
            <w:tcW w:type="dxa" w:w="170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1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rPr>
          <w:trHeight w:val="453"/>
        </w:trPr>
        <w:tc>
          <w:tcPr>
            <w:tcW w:type="dxa" w:w="68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🥁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כלי נגינה קטן</w:t>
            </w:r>
          </w:p>
        </w:tc>
        <w:tc>
          <w:tcPr>
            <w:tcW w:type="dxa" w:w="170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2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rPr>
          <w:trHeight w:val="453"/>
        </w:trPr>
        <w:tc>
          <w:tcPr>
            <w:tcW w:type="dxa" w:w="68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🕯️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פמוטים של סבתא</w:t>
            </w:r>
          </w:p>
        </w:tc>
        <w:tc>
          <w:tcPr>
            <w:tcW w:type="dxa" w:w="170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2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rPr>
          <w:trHeight w:val="453"/>
        </w:trPr>
        <w:tc>
          <w:tcPr>
            <w:tcW w:type="dxa" w:w="68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🧺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סל קלוע</w:t>
            </w:r>
          </w:p>
        </w:tc>
        <w:tc>
          <w:tcPr>
            <w:tcW w:type="dxa" w:w="170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1.5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rPr>
          <w:trHeight w:val="453"/>
        </w:trPr>
        <w:tc>
          <w:tcPr>
            <w:tcW w:type="dxa" w:w="68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🍳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סיר לבישול</w:t>
            </w:r>
          </w:p>
        </w:tc>
        <w:tc>
          <w:tcPr>
            <w:tcW w:type="dxa" w:w="170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2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6"/>
          <w:rtl w:val="1"/>
          <w:szCs w:val="26"/>
          <w:bCs/>
        </w:rPr>
        <w:t>סך הכול במזוודה: ______ ק״ג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הפריט שהכי קשה היה להשאיר: ____________________  למה? ______________________________</w:t>
      </w:r>
    </w:p>
    <w:p>
      <w:r>
        <w:br w:type="page"/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17456E"/>
          <w:sz w:val="44"/>
          <w:rtl w:val="1"/>
          <w:szCs w:val="44"/>
          <w:bCs/>
        </w:rPr>
        <w:t>🧲 למה עוזבים? למה באים?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סמנו ✔ בעמודה המתאימה. גורם דוחף מרחיק מהבית הישן; גורם מושך מקרב לארץ החדשה.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5669"/>
        <w:gridCol w:w="1984"/>
        <w:gridCol w:w="1984"/>
      </w:tblGrid>
      <w:tr>
        <w:trPr>
          <w:trHeight w:val="510"/>
        </w:trPr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הסיבה</w:t>
            </w:r>
          </w:p>
        </w:tc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👈 דוחף (עוזבים)</w:t>
            </w:r>
          </w:p>
        </w:tc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👉 מושך (באים)</w:t>
            </w:r>
          </w:p>
        </w:tc>
      </w:tr>
      <w:tr>
        <w:trPr>
          <w:trHeight w:val="510"/>
        </w:trPr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יש מלחמה ופחד</w:t>
            </w:r>
          </w:p>
        </w:tc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rPr>
          <w:trHeight w:val="510"/>
        </w:trPr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חלום לחיות בירושלים</w:t>
            </w:r>
          </w:p>
        </w:tc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rPr>
          <w:trHeight w:val="510"/>
        </w:trPr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משפחה שכבר גרה בישראל</w:t>
            </w:r>
          </w:p>
        </w:tc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rPr>
          <w:trHeight w:val="510"/>
        </w:trPr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פוגעים ביהודים כי הם יהודים</w:t>
            </w:r>
          </w:p>
        </w:tc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rPr>
          <w:trHeight w:val="510"/>
        </w:trPr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רוצים לחגוג חגים בחופש</w:t>
            </w:r>
          </w:p>
        </w:tc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rPr>
          <w:trHeight w:val="510"/>
        </w:trPr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אין עבודה ואין מספיק אוכל</w:t>
            </w:r>
          </w:p>
        </w:tc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rPr>
          <w:trHeight w:val="510"/>
        </w:trPr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אסור ללמוד עברית</w:t>
            </w:r>
          </w:p>
        </w:tc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rPr>
          <w:trHeight w:val="510"/>
        </w:trPr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להיות שותפים בבניית המדינה</w:t>
            </w:r>
          </w:p>
        </w:tc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A8322A"/>
          <w:sz w:val="28"/>
          <w:rtl w:val="1"/>
          <w:szCs w:val="28"/>
          <w:bCs/>
        </w:rPr>
        <w:t>✍️ חט״ב: פסקה קצרה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בחרו עלייה אחת שלמדתם עליה: אילו גורמים דחפו, אילו משכו, ואיזה מהם היה המכריע לדעתכם? נמקו.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____________________________________________________________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____________________________________________________________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____________________________________________________________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____________________________________________________________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____________________________________________________________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____________________________________________________________</w:t>
      </w:r>
    </w:p>
    <w:p>
      <w:r>
        <w:br w:type="page"/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2F7D4A"/>
          <w:sz w:val="44"/>
          <w:rtl w:val="1"/>
          <w:szCs w:val="44"/>
          <w:bCs/>
        </w:rPr>
        <w:t>🟢 הַמִּזְוָדָה שֶׁלִּי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>שֵׁם: 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>אֲנִי עוֹבֵר / עוֹבֶרֶת לְאֶרֶץ חֲדָשָׁה. 🧳 מָה אֲנִי לוֹקֵחַ / לוֹקַחַת? צַיְּרוּ 3 דְּבָרִים: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rPr>
          <w:trHeight w:val="2381"/>
        </w:trP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1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2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3</w:t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8"/>
          <w:rtl w:val="1"/>
          <w:szCs w:val="28"/>
          <w:bCs/>
        </w:rPr>
        <w:t>🔤 מִלִּים לַמַּסָּע – כִּתְבוּ אֶת הַמִּלָּה לְיַד הַצִּיּוּר.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1134"/>
        <w:gridCol w:w="2835"/>
        <w:gridCol w:w="3402"/>
      </w:tblGrid>
      <w:tr>
        <w:trPr>
          <w:trHeight w:val="567"/>
        </w:trPr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🧳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מִזְוָדָה</w:t>
            </w:r>
          </w:p>
        </w:tc>
      </w:tr>
      <w:tr>
        <w:trPr>
          <w:trHeight w:val="567"/>
        </w:trPr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🛂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דַּרְכּוֹן</w:t>
            </w:r>
          </w:p>
        </w:tc>
      </w:tr>
      <w:tr>
        <w:trPr>
          <w:trHeight w:val="567"/>
        </w:trPr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✈️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מָטוֹס</w:t>
            </w:r>
          </w:p>
        </w:tc>
      </w:tr>
      <w:tr>
        <w:trPr>
          <w:trHeight w:val="567"/>
        </w:trPr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⛰️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הַר</w:t>
            </w:r>
          </w:p>
        </w:tc>
      </w:tr>
      <w:tr>
        <w:trPr>
          <w:trHeight w:val="567"/>
        </w:trPr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🏠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בַּיִת</w:t>
            </w:r>
          </w:p>
        </w:tc>
      </w:tr>
      <w:tr>
        <w:trPr>
          <w:trHeight w:val="567"/>
        </w:trPr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👨‍👩‍👧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מִשְׁפָּחָה</w:t>
            </w:r>
          </w:p>
        </w:tc>
      </w:tr>
      <w:tr>
        <w:trPr>
          <w:trHeight w:val="567"/>
        </w:trPr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🗺️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מַפָּה</w:t>
            </w:r>
          </w:p>
        </w:tc>
      </w:tr>
      <w:tr>
        <w:trPr>
          <w:trHeight w:val="567"/>
        </w:trPr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🤝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חָבֵר, חֲבֵרָה</w:t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>לָמָּה בָּאִים לְיִשְׂרָאֵל? 👉 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>שָׁלוֹם בַּשָּׂפָה שֶׁלִּי: ____________________ 👋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rial" w:hAnsi="Arial" w:cs="Arial"/>
        <w:b w:val="0"/>
        <w:color w:val="6B5A4A"/>
        <w:sz w:val="18"/>
        <w:rtl w:val="1"/>
        <w:szCs w:val="18"/>
      </w:rPr>
      <w:t>יצרה: רוית ראש בן ישי · מסע העליות – שבוע העליות וחג הסיגד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