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17456E"/>
          <w:sz w:val="48"/>
          <w:rtl w:val="1"/>
          <w:szCs w:val="48"/>
          <w:bCs/>
        </w:rPr>
        <w:t>🛂 דרכון העולה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שבוע העליות וחג הסיגד · הַדַּרְכּוֹן שֶׁלִּי</w:t>
      </w:r>
    </w:p>
    <w:p>
      <w:pPr>
        <w:bidi w:val="1"/>
        <w:spacing w:after="20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שם: ________________________________________</w:t>
      </w:r>
    </w:p>
    <w:p>
      <w:pPr>
        <w:bidi w:val="1"/>
        <w:spacing w:after="20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כיתה: ________________________________________</w:t>
      </w:r>
    </w:p>
    <w:p>
      <w:pPr>
        <w:bidi w:val="1"/>
        <w:spacing w:after="20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המדינה שאני חוקר/ת השבוע: 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ציירו כאן את עצמכם ואת הדגל של המדינה: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🙂 הדיוקן שלי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🚩 הדגל</w:t>
            </w:r>
          </w:p>
        </w:tc>
      </w:tr>
    </w:tbl>
    <w:p>
      <w:pPr>
        <w:bidi w:val="1"/>
        <w:spacing w:after="20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מילה בשפה שלה: ________________   פירוש: 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אם הייתי עובר/ת לארץ חדשה, הייתי לוקח/ת איתי: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3B24"/>
          <w:sz w:val="22"/>
          <w:rtl w:val="1"/>
          <w:szCs w:val="22"/>
        </w:rPr>
        <w:t>👩‍🏫 למורה: כל תלמיד/ה מקבל/ת דרכון ביום הראשון. בכל תחנה מוחתמים בחותמת או במדבקה. ביום האחרון – מעמד קצר: מראים את הדרכון ומשתפים בתחנה האהובה. שיתוף סיפור אישי תמיד מרצון.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7456E"/>
          <w:sz w:val="44"/>
          <w:rtl w:val="1"/>
          <w:szCs w:val="44"/>
          <w:bCs/>
        </w:rPr>
        <w:t>🔖 חמש תחנות במסע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כל יום – תחנה אחת. כותבים, מציירים ומקבלים חותמת.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680"/>
        <w:gridCol w:w="7370"/>
        <w:gridCol w:w="1984"/>
      </w:tblGrid>
      <w:tr>
        <w:trPr>
          <w:trHeight w:val="2268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🌍</w:t>
            </w:r>
          </w:p>
        </w:tc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תחנה 1: יום המדינות</w:t>
              <w:br/>
              <w:t>מציירים דגל של מדינה שעולים הגיעו ממנה, ולומדים מילה אחת בשפתה.</w:t>
              <w:br/>
              <w:br/>
              <w:t>________________________________________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חותמת 🔖</w:t>
            </w:r>
          </w:p>
        </w:tc>
      </w:tr>
      <w:tr>
        <w:trPr>
          <w:trHeight w:val="2268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🎙️</w:t>
            </w:r>
          </w:p>
        </w:tc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תחנה 2: יום הסיפורים</w:t>
              <w:br/>
              <w:t>שואלים בבית: מאיפה הגיעה המשפחה שלנו? (או: מאיפה עברנו לגור כאן?)</w:t>
              <w:br/>
              <w:br/>
              <w:t>________________________________________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חותמת 🔖</w:t>
            </w:r>
          </w:p>
        </w:tc>
      </w:tr>
      <w:tr>
        <w:trPr>
          <w:trHeight w:val="2268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🍲</w:t>
            </w:r>
          </w:p>
        </w:tc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תחנה 3: יום הטעמים והצלילים</w:t>
              <w:br/>
              <w:t>מביאים מתכון, שיר או משחק שעבר במשפחה, ומספרים מאיפה הוא מגיע.</w:t>
              <w:br/>
              <w:br/>
              <w:t>________________________________________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חותמת 🔖</w:t>
            </w:r>
          </w:p>
        </w:tc>
      </w:tr>
      <w:tr>
        <w:trPr>
          <w:trHeight w:val="2268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⛰️</w:t>
            </w:r>
          </w:p>
        </w:tc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תחנה 4: יום הסיגד</w:t>
              <w:br/>
              <w:t>לומדים על חג הסיגד וכותבים משאלה אחת לענן המשאלות.</w:t>
              <w:br/>
              <w:br/>
              <w:t>________________________________________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חותמת 🔖</w:t>
            </w:r>
          </w:p>
        </w:tc>
      </w:tr>
      <w:tr>
        <w:trPr>
          <w:trHeight w:val="2268"/>
        </w:trPr>
        <w:tc>
          <w:tcPr>
            <w:tcW w:type="dxa" w:w="68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🧩</w:t>
            </w:r>
          </w:p>
        </w:tc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תחנה 5: יום הפסיפס</w:t>
              <w:br/>
              <w:t>מכינים משבצת צבעונית עם משהו שאני מביא/ה לכיתה.</w:t>
              <w:br/>
              <w:br/>
              <w:t>________________________________________</w:t>
            </w:r>
          </w:p>
        </w:tc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חותמת 🔖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🎉 התחנה שהכי אהבתי: 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5A4A"/>
        <w:sz w:val="18"/>
        <w:rtl w:val="1"/>
        <w:szCs w:val="18"/>
      </w:rPr>
      <w:t>יצרה: רוית ראש בן ישי · מסע העליות – שבוע העליות וחג הסיגד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